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CECE3" w14:textId="77777777" w:rsidR="005541F7" w:rsidRDefault="005541F7" w:rsidP="005541F7">
      <w:pPr>
        <w:spacing w:after="0" w:line="240" w:lineRule="auto"/>
        <w:jc w:val="center"/>
        <w:rPr>
          <w:rFonts w:ascii="Aptos Display" w:hAnsi="Aptos Display"/>
          <w:b/>
          <w:color w:val="164D78"/>
          <w:sz w:val="36"/>
        </w:rPr>
      </w:pPr>
    </w:p>
    <w:p w14:paraId="5E45E860" w14:textId="65413D63" w:rsidR="005541F7" w:rsidRDefault="005541F7" w:rsidP="005541F7">
      <w:pPr>
        <w:spacing w:after="0" w:line="240" w:lineRule="auto"/>
        <w:jc w:val="center"/>
        <w:rPr>
          <w:rFonts w:ascii="Aptos Display" w:hAnsi="Aptos Display"/>
          <w:b/>
          <w:color w:val="164D78"/>
          <w:sz w:val="36"/>
        </w:rPr>
      </w:pPr>
      <w:r>
        <w:rPr>
          <w:rFonts w:ascii="Aptos Display" w:hAnsi="Aptos Display"/>
          <w:b/>
          <w:color w:val="164D78"/>
          <w:sz w:val="36"/>
        </w:rPr>
        <w:t xml:space="preserve">International Association for Refugee and Migration Judges </w:t>
      </w:r>
    </w:p>
    <w:p w14:paraId="34E1895D" w14:textId="1057B40A" w:rsidR="005541F7" w:rsidRDefault="005541F7" w:rsidP="005541F7">
      <w:pPr>
        <w:spacing w:after="0" w:line="240" w:lineRule="auto"/>
        <w:jc w:val="center"/>
        <w:rPr>
          <w:rFonts w:ascii="Aptos Display" w:hAnsi="Aptos Display"/>
          <w:b/>
          <w:color w:val="164D78"/>
          <w:sz w:val="36"/>
        </w:rPr>
      </w:pPr>
      <w:r>
        <w:rPr>
          <w:rFonts w:ascii="Aptos Display" w:hAnsi="Aptos Display"/>
          <w:b/>
          <w:color w:val="164D78"/>
          <w:sz w:val="36"/>
        </w:rPr>
        <w:t>Africa Chapter Conference</w:t>
      </w:r>
    </w:p>
    <w:p w14:paraId="68E2F0EA" w14:textId="77777777" w:rsidR="005541F7" w:rsidRDefault="005541F7" w:rsidP="005541F7">
      <w:pPr>
        <w:spacing w:after="0" w:line="240" w:lineRule="auto"/>
        <w:jc w:val="center"/>
        <w:rPr>
          <w:rFonts w:ascii="Aptos Display" w:hAnsi="Aptos Display"/>
          <w:b/>
          <w:color w:val="164D78"/>
          <w:sz w:val="36"/>
        </w:rPr>
      </w:pPr>
    </w:p>
    <w:p w14:paraId="7252A4BC" w14:textId="0D49F13E" w:rsidR="005541F7" w:rsidRPr="005541F7" w:rsidRDefault="005541F7" w:rsidP="005541F7">
      <w:pPr>
        <w:spacing w:after="0" w:line="240" w:lineRule="auto"/>
        <w:jc w:val="center"/>
        <w:rPr>
          <w:rFonts w:ascii="Aptos Display" w:hAnsi="Aptos Display"/>
          <w:b/>
          <w:color w:val="1F497D" w:themeColor="text2"/>
          <w:sz w:val="36"/>
        </w:rPr>
      </w:pPr>
      <w:r w:rsidRPr="005541F7">
        <w:rPr>
          <w:b/>
          <w:color w:val="1F497D" w:themeColor="text2"/>
          <w:sz w:val="28"/>
          <w:szCs w:val="28"/>
        </w:rPr>
        <w:t>30 November – 4 December 2026</w:t>
      </w:r>
    </w:p>
    <w:p w14:paraId="16428886" w14:textId="77777777" w:rsidR="005541F7" w:rsidRDefault="005541F7" w:rsidP="005541F7">
      <w:pPr>
        <w:spacing w:before="100" w:after="40" w:line="240" w:lineRule="auto"/>
        <w:jc w:val="center"/>
      </w:pPr>
    </w:p>
    <w:p w14:paraId="6AB3B750" w14:textId="2A7DC570" w:rsidR="005541F7" w:rsidRPr="005541F7" w:rsidRDefault="00D82E1C" w:rsidP="005541F7">
      <w:pPr>
        <w:jc w:val="center"/>
        <w:rPr>
          <w:b/>
          <w:color w:val="1F497D" w:themeColor="text2"/>
          <w:sz w:val="40"/>
          <w:szCs w:val="40"/>
        </w:rPr>
      </w:pPr>
      <w:r w:rsidRPr="005541F7">
        <w:rPr>
          <w:b/>
          <w:color w:val="1F497D" w:themeColor="text2"/>
          <w:sz w:val="40"/>
          <w:szCs w:val="40"/>
        </w:rPr>
        <w:t>Registration form</w:t>
      </w:r>
    </w:p>
    <w:p w14:paraId="45E13C3E" w14:textId="3DC964F4" w:rsidR="00A672FC" w:rsidRPr="005541F7" w:rsidRDefault="00D82E1C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rFonts w:ascii="Aptos Display" w:hAnsi="Aptos Display"/>
          <w:b/>
          <w:color w:val="164D78"/>
          <w:sz w:val="24"/>
          <w:szCs w:val="24"/>
        </w:rPr>
        <w:t>Delegate details</w:t>
      </w:r>
      <w:r w:rsidRPr="005541F7">
        <w:rPr>
          <w:color w:val="64727C"/>
          <w:sz w:val="24"/>
          <w:szCs w:val="24"/>
        </w:rPr>
        <w:t xml:space="preserve">    </w:t>
      </w:r>
    </w:p>
    <w:p w14:paraId="1428CFAF" w14:textId="77777777" w:rsidR="005541F7" w:rsidRPr="005541F7" w:rsidRDefault="005541F7">
      <w:pPr>
        <w:tabs>
          <w:tab w:val="left" w:pos="2448"/>
          <w:tab w:val="left" w:pos="5904"/>
        </w:tabs>
        <w:spacing w:after="160" w:line="240" w:lineRule="auto"/>
        <w:rPr>
          <w:b/>
          <w:color w:val="164D78"/>
          <w:szCs w:val="20"/>
        </w:rPr>
      </w:pPr>
    </w:p>
    <w:p w14:paraId="5717E1FE" w14:textId="77777777" w:rsidR="00D17BE6" w:rsidRDefault="00D82E1C">
      <w:pPr>
        <w:tabs>
          <w:tab w:val="left" w:pos="2448"/>
          <w:tab w:val="left" w:pos="5904"/>
        </w:tabs>
        <w:spacing w:after="160" w:line="240" w:lineRule="auto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Titl</w:t>
      </w:r>
      <w:r w:rsidR="005541F7" w:rsidRPr="005541F7">
        <w:rPr>
          <w:b/>
          <w:color w:val="164D78"/>
          <w:szCs w:val="20"/>
        </w:rPr>
        <w:t xml:space="preserve">e.  </w:t>
      </w:r>
      <w:r w:rsidRPr="005541F7">
        <w:rPr>
          <w:b/>
          <w:color w:val="164D78"/>
          <w:szCs w:val="20"/>
        </w:rPr>
        <w:t xml:space="preserve"> </w:t>
      </w:r>
      <w:r w:rsidR="005541F7" w:rsidRPr="005541F7">
        <w:rPr>
          <w:b/>
          <w:color w:val="164D78"/>
          <w:szCs w:val="20"/>
        </w:rPr>
        <w:t>_____________</w:t>
      </w:r>
      <w:r w:rsidR="005541F7">
        <w:rPr>
          <w:b/>
          <w:color w:val="164D78"/>
          <w:szCs w:val="20"/>
        </w:rPr>
        <w:t xml:space="preserve">    </w:t>
      </w:r>
      <w:r w:rsidRPr="005541F7">
        <w:rPr>
          <w:b/>
          <w:color w:val="164D78"/>
          <w:szCs w:val="20"/>
        </w:rPr>
        <w:t xml:space="preserve">First name </w:t>
      </w:r>
      <w:r w:rsidR="005541F7" w:rsidRPr="005541F7">
        <w:rPr>
          <w:b/>
          <w:color w:val="164D78"/>
          <w:szCs w:val="20"/>
        </w:rPr>
        <w:t>__________________________</w:t>
      </w:r>
      <w:r w:rsidR="005541F7">
        <w:rPr>
          <w:b/>
          <w:color w:val="164D78"/>
          <w:szCs w:val="20"/>
        </w:rPr>
        <w:t xml:space="preserve">      </w:t>
      </w:r>
    </w:p>
    <w:p w14:paraId="6CD0E472" w14:textId="54B12A48" w:rsidR="00A672FC" w:rsidRPr="005541F7" w:rsidRDefault="00D82E1C">
      <w:pPr>
        <w:tabs>
          <w:tab w:val="left" w:pos="2448"/>
          <w:tab w:val="left" w:pos="5904"/>
        </w:tabs>
        <w:spacing w:after="160" w:line="240" w:lineRule="auto"/>
        <w:rPr>
          <w:szCs w:val="20"/>
        </w:rPr>
      </w:pPr>
      <w:r w:rsidRPr="005541F7">
        <w:rPr>
          <w:b/>
          <w:color w:val="164D78"/>
          <w:szCs w:val="20"/>
        </w:rPr>
        <w:t>Family name</w:t>
      </w:r>
      <w:r w:rsidR="005541F7" w:rsidRPr="005541F7">
        <w:rPr>
          <w:b/>
          <w:color w:val="164D78"/>
          <w:szCs w:val="20"/>
        </w:rPr>
        <w:t xml:space="preserve"> __________________________</w:t>
      </w:r>
      <w:r w:rsidR="005541F7">
        <w:rPr>
          <w:b/>
          <w:color w:val="164D78"/>
          <w:szCs w:val="20"/>
        </w:rPr>
        <w:t>__________</w:t>
      </w:r>
    </w:p>
    <w:p w14:paraId="1BBE86C0" w14:textId="77777777" w:rsidR="005541F7" w:rsidRPr="005541F7" w:rsidRDefault="005541F7">
      <w:pPr>
        <w:tabs>
          <w:tab w:val="left" w:pos="5400"/>
        </w:tabs>
        <w:spacing w:after="160" w:line="240" w:lineRule="auto"/>
        <w:rPr>
          <w:b/>
          <w:color w:val="164D78"/>
          <w:szCs w:val="20"/>
        </w:rPr>
      </w:pPr>
    </w:p>
    <w:p w14:paraId="04BBFB1A" w14:textId="77777777" w:rsidR="00D17BE6" w:rsidRDefault="00D82E1C">
      <w:pPr>
        <w:tabs>
          <w:tab w:val="left" w:pos="5400"/>
        </w:tabs>
        <w:spacing w:after="160" w:line="240" w:lineRule="auto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Email</w:t>
      </w:r>
      <w:r w:rsidR="005541F7" w:rsidRPr="005541F7">
        <w:rPr>
          <w:b/>
          <w:color w:val="164D78"/>
          <w:szCs w:val="20"/>
        </w:rPr>
        <w:t xml:space="preserve"> ____________________________________________________</w:t>
      </w:r>
      <w:r w:rsidR="005541F7">
        <w:rPr>
          <w:b/>
          <w:color w:val="164D78"/>
          <w:szCs w:val="20"/>
        </w:rPr>
        <w:t xml:space="preserve">    </w:t>
      </w:r>
    </w:p>
    <w:p w14:paraId="24D8E606" w14:textId="1F8F318D" w:rsidR="00A672FC" w:rsidRPr="005541F7" w:rsidRDefault="00D82E1C">
      <w:pPr>
        <w:tabs>
          <w:tab w:val="left" w:pos="5400"/>
        </w:tabs>
        <w:spacing w:after="160" w:line="240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Mobile number </w:t>
      </w:r>
      <w:r w:rsidR="005541F7" w:rsidRPr="005541F7">
        <w:rPr>
          <w:b/>
          <w:color w:val="164D78"/>
          <w:szCs w:val="20"/>
        </w:rPr>
        <w:t>___________________________</w:t>
      </w:r>
      <w:r w:rsidR="005541F7">
        <w:rPr>
          <w:b/>
          <w:color w:val="164D78"/>
          <w:szCs w:val="20"/>
        </w:rPr>
        <w:t>_______</w:t>
      </w:r>
    </w:p>
    <w:p w14:paraId="0A50BF5A" w14:textId="77777777" w:rsidR="005541F7" w:rsidRPr="005541F7" w:rsidRDefault="005541F7">
      <w:pPr>
        <w:tabs>
          <w:tab w:val="left" w:pos="5400"/>
        </w:tabs>
        <w:spacing w:after="160" w:line="240" w:lineRule="auto"/>
        <w:rPr>
          <w:b/>
          <w:color w:val="164D78"/>
          <w:szCs w:val="20"/>
        </w:rPr>
      </w:pPr>
    </w:p>
    <w:p w14:paraId="350883B1" w14:textId="77777777" w:rsidR="00D17BE6" w:rsidRDefault="005541F7" w:rsidP="005541F7">
      <w:pPr>
        <w:tabs>
          <w:tab w:val="left" w:pos="5400"/>
        </w:tabs>
        <w:spacing w:after="160" w:line="240" w:lineRule="auto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Country: _________________________________________________</w:t>
      </w:r>
      <w:r>
        <w:rPr>
          <w:b/>
          <w:color w:val="164D78"/>
          <w:szCs w:val="20"/>
        </w:rPr>
        <w:t xml:space="preserve">     </w:t>
      </w:r>
    </w:p>
    <w:p w14:paraId="1E4EA50D" w14:textId="64E80B5B" w:rsidR="00A672FC" w:rsidRPr="005541F7" w:rsidRDefault="005541F7" w:rsidP="005541F7">
      <w:pPr>
        <w:tabs>
          <w:tab w:val="left" w:pos="5400"/>
        </w:tabs>
        <w:spacing w:after="160" w:line="240" w:lineRule="auto"/>
        <w:rPr>
          <w:szCs w:val="20"/>
        </w:rPr>
      </w:pPr>
      <w:r w:rsidRPr="005541F7">
        <w:rPr>
          <w:b/>
          <w:color w:val="164D78"/>
          <w:szCs w:val="20"/>
        </w:rPr>
        <w:t>Court</w:t>
      </w:r>
      <w:r w:rsidRPr="005541F7">
        <w:rPr>
          <w:szCs w:val="20"/>
        </w:rPr>
        <w:t>/</w:t>
      </w:r>
      <w:r w:rsidRPr="005541F7">
        <w:rPr>
          <w:b/>
          <w:color w:val="164D78"/>
          <w:szCs w:val="20"/>
        </w:rPr>
        <w:t>Institution</w:t>
      </w:r>
      <w:r>
        <w:rPr>
          <w:b/>
          <w:color w:val="164D78"/>
          <w:szCs w:val="20"/>
        </w:rPr>
        <w:t xml:space="preserve"> ________________________________</w:t>
      </w:r>
    </w:p>
    <w:p w14:paraId="0B740B23" w14:textId="77777777" w:rsidR="005541F7" w:rsidRPr="005541F7" w:rsidRDefault="005541F7" w:rsidP="005541F7">
      <w:pPr>
        <w:spacing w:after="160" w:line="240" w:lineRule="auto"/>
        <w:rPr>
          <w:szCs w:val="20"/>
        </w:rPr>
      </w:pPr>
    </w:p>
    <w:p w14:paraId="7F751BDF" w14:textId="77777777" w:rsidR="00D17BE6" w:rsidRDefault="00D82E1C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Dietary requirements</w:t>
      </w:r>
      <w:r w:rsidR="005541F7" w:rsidRPr="005541F7">
        <w:rPr>
          <w:b/>
          <w:color w:val="164D78"/>
          <w:szCs w:val="20"/>
        </w:rPr>
        <w:t xml:space="preserve"> ____________________________________      </w:t>
      </w:r>
    </w:p>
    <w:p w14:paraId="4A1E9BD8" w14:textId="598932F7" w:rsidR="00A672FC" w:rsidRPr="005541F7" w:rsidRDefault="005541F7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 xml:space="preserve"> </w:t>
      </w:r>
      <w:r w:rsidR="00D82E1C" w:rsidRPr="005541F7">
        <w:rPr>
          <w:b/>
          <w:color w:val="164D78"/>
          <w:szCs w:val="20"/>
        </w:rPr>
        <w:t>Language preference</w:t>
      </w:r>
      <w:r w:rsidRPr="005541F7">
        <w:rPr>
          <w:b/>
          <w:color w:val="164D78"/>
          <w:szCs w:val="20"/>
        </w:rPr>
        <w:t xml:space="preserve">  ______________</w:t>
      </w:r>
      <w:r>
        <w:rPr>
          <w:b/>
          <w:color w:val="164D78"/>
          <w:szCs w:val="20"/>
        </w:rPr>
        <w:t>_____________</w:t>
      </w:r>
    </w:p>
    <w:p w14:paraId="71C62757" w14:textId="77777777" w:rsidR="005541F7" w:rsidRDefault="005541F7" w:rsidP="005541F7">
      <w:pPr>
        <w:keepNext/>
        <w:spacing w:before="180" w:after="140"/>
        <w:rPr>
          <w:rFonts w:ascii="Aptos Display" w:hAnsi="Aptos Display"/>
          <w:b/>
          <w:color w:val="164D78"/>
          <w:sz w:val="21"/>
        </w:rPr>
      </w:pPr>
    </w:p>
    <w:p w14:paraId="134D892F" w14:textId="4717A949" w:rsidR="00A672FC" w:rsidRPr="005541F7" w:rsidRDefault="005541F7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rFonts w:ascii="Aptos Display" w:hAnsi="Aptos Display"/>
          <w:b/>
          <w:color w:val="164D78"/>
          <w:sz w:val="24"/>
          <w:szCs w:val="24"/>
        </w:rPr>
        <w:t>IARMJ Membership</w:t>
      </w:r>
    </w:p>
    <w:p w14:paraId="20949024" w14:textId="01E01608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Current IARMJ member?   </w:t>
      </w:r>
      <w:r w:rsidRPr="005541F7">
        <w:rPr>
          <w:szCs w:val="20"/>
        </w:rPr>
        <w:t xml:space="preserve">☐  Yes    </w:t>
      </w:r>
      <w:r w:rsidR="005541F7" w:rsidRPr="005541F7">
        <w:rPr>
          <w:szCs w:val="20"/>
        </w:rPr>
        <w:tab/>
      </w:r>
      <w:r w:rsidRPr="005541F7">
        <w:rPr>
          <w:szCs w:val="20"/>
        </w:rPr>
        <w:t xml:space="preserve"> </w:t>
      </w:r>
      <w:r w:rsidR="005541F7">
        <w:rPr>
          <w:szCs w:val="20"/>
        </w:rPr>
        <w:tab/>
      </w:r>
      <w:r w:rsidRPr="005541F7">
        <w:rPr>
          <w:szCs w:val="20"/>
        </w:rPr>
        <w:t>☐  No</w:t>
      </w:r>
      <w:r w:rsidR="005541F7" w:rsidRPr="005541F7">
        <w:rPr>
          <w:color w:val="64727C"/>
          <w:szCs w:val="20"/>
        </w:rPr>
        <w:t xml:space="preserve"> </w:t>
      </w:r>
      <w:r w:rsidR="005541F7">
        <w:rPr>
          <w:color w:val="64727C"/>
          <w:szCs w:val="20"/>
        </w:rPr>
        <w:t>(</w:t>
      </w:r>
      <w:r w:rsidRPr="005541F7">
        <w:rPr>
          <w:color w:val="64727C"/>
          <w:szCs w:val="20"/>
        </w:rPr>
        <w:t>If yes, please ensure that membership fees are up to date.</w:t>
      </w:r>
      <w:r w:rsidR="005541F7">
        <w:rPr>
          <w:color w:val="64727C"/>
          <w:szCs w:val="20"/>
        </w:rPr>
        <w:t>)</w:t>
      </w:r>
    </w:p>
    <w:p w14:paraId="7E6A742A" w14:textId="0CB9ED27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Membership application   </w:t>
      </w:r>
      <w:r w:rsidRPr="005541F7">
        <w:rPr>
          <w:szCs w:val="20"/>
        </w:rPr>
        <w:t xml:space="preserve">☐  Full membership     </w:t>
      </w:r>
      <w:r w:rsidR="005541F7">
        <w:rPr>
          <w:szCs w:val="20"/>
        </w:rPr>
        <w:tab/>
      </w:r>
      <w:r w:rsidRPr="005541F7">
        <w:rPr>
          <w:szCs w:val="20"/>
        </w:rPr>
        <w:t>☐  Associate membership</w:t>
      </w:r>
    </w:p>
    <w:p w14:paraId="54F76D36" w14:textId="561F36B6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Membership term   </w:t>
      </w:r>
      <w:r w:rsidR="005541F7">
        <w:rPr>
          <w:b/>
          <w:color w:val="164D78"/>
          <w:szCs w:val="20"/>
        </w:rPr>
        <w:tab/>
        <w:t xml:space="preserve">    </w:t>
      </w:r>
      <w:r w:rsidRPr="005541F7">
        <w:rPr>
          <w:szCs w:val="20"/>
        </w:rPr>
        <w:t xml:space="preserve">☐  1 year </w:t>
      </w:r>
      <w:r w:rsidR="005541F7">
        <w:rPr>
          <w:szCs w:val="20"/>
        </w:rPr>
        <w:t>(</w:t>
      </w:r>
      <w:r w:rsidRPr="005541F7">
        <w:rPr>
          <w:szCs w:val="20"/>
        </w:rPr>
        <w:t>USD 40</w:t>
      </w:r>
      <w:r w:rsidR="005541F7">
        <w:rPr>
          <w:szCs w:val="20"/>
        </w:rPr>
        <w:t>)</w:t>
      </w:r>
      <w:r w:rsidRPr="005541F7">
        <w:rPr>
          <w:szCs w:val="20"/>
        </w:rPr>
        <w:t xml:space="preserve">     </w:t>
      </w:r>
      <w:r w:rsidR="005541F7">
        <w:rPr>
          <w:szCs w:val="20"/>
        </w:rPr>
        <w:tab/>
      </w:r>
      <w:r w:rsidRPr="005541F7">
        <w:rPr>
          <w:szCs w:val="20"/>
        </w:rPr>
        <w:t xml:space="preserve">☐  3 years </w:t>
      </w:r>
      <w:r w:rsidR="005541F7">
        <w:rPr>
          <w:szCs w:val="20"/>
        </w:rPr>
        <w:t>(</w:t>
      </w:r>
      <w:r w:rsidRPr="005541F7">
        <w:rPr>
          <w:szCs w:val="20"/>
        </w:rPr>
        <w:t>US</w:t>
      </w:r>
      <w:r w:rsidR="005541F7">
        <w:rPr>
          <w:szCs w:val="20"/>
        </w:rPr>
        <w:t>D</w:t>
      </w:r>
      <w:r w:rsidRPr="005541F7">
        <w:rPr>
          <w:szCs w:val="20"/>
        </w:rPr>
        <w:t>100</w:t>
      </w:r>
      <w:r w:rsidR="005541F7">
        <w:rPr>
          <w:szCs w:val="20"/>
        </w:rPr>
        <w:t>)</w:t>
      </w:r>
    </w:p>
    <w:p w14:paraId="44A90724" w14:textId="77777777" w:rsidR="005541F7" w:rsidRDefault="005541F7">
      <w:pPr>
        <w:spacing w:after="120" w:line="269" w:lineRule="auto"/>
      </w:pPr>
    </w:p>
    <w:p w14:paraId="1FF975AC" w14:textId="52E36DF5" w:rsidR="005541F7" w:rsidRPr="005541F7" w:rsidRDefault="00D82E1C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rFonts w:ascii="Aptos Display" w:hAnsi="Aptos Display"/>
          <w:b/>
          <w:color w:val="164D78"/>
          <w:sz w:val="24"/>
          <w:szCs w:val="24"/>
        </w:rPr>
        <w:t>Attendance</w:t>
      </w:r>
    </w:p>
    <w:p w14:paraId="3CDA123F" w14:textId="7E8BC3CC" w:rsidR="005541F7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Travelling with a partner?   </w:t>
      </w:r>
      <w:r w:rsidRPr="005541F7">
        <w:rPr>
          <w:szCs w:val="20"/>
        </w:rPr>
        <w:t>☐  Yes     ☐  No</w:t>
      </w:r>
      <w:r w:rsidR="005541F7">
        <w:rPr>
          <w:szCs w:val="20"/>
        </w:rPr>
        <w:tab/>
      </w:r>
      <w:r w:rsidRPr="005541F7">
        <w:rPr>
          <w:b/>
          <w:color w:val="164D78"/>
          <w:szCs w:val="20"/>
        </w:rPr>
        <w:t>Partner’s name</w:t>
      </w:r>
      <w:r w:rsidR="005541F7">
        <w:rPr>
          <w:b/>
          <w:color w:val="164D78"/>
          <w:szCs w:val="20"/>
        </w:rPr>
        <w:t xml:space="preserve"> _______________________________________________</w:t>
      </w:r>
    </w:p>
    <w:p w14:paraId="4A9FDED2" w14:textId="77777777" w:rsidR="00D17BE6" w:rsidRDefault="00D17BE6">
      <w:pPr>
        <w:spacing w:after="120" w:line="269" w:lineRule="auto"/>
        <w:rPr>
          <w:b/>
          <w:color w:val="164D78"/>
          <w:szCs w:val="20"/>
        </w:rPr>
      </w:pPr>
    </w:p>
    <w:p w14:paraId="1E979285" w14:textId="77777777" w:rsidR="00D17BE6" w:rsidRDefault="00D17BE6">
      <w:pPr>
        <w:spacing w:after="120" w:line="269" w:lineRule="auto"/>
        <w:rPr>
          <w:b/>
          <w:color w:val="164D78"/>
          <w:szCs w:val="20"/>
        </w:rPr>
      </w:pPr>
    </w:p>
    <w:p w14:paraId="37722A34" w14:textId="77777777" w:rsidR="00D17BE6" w:rsidRDefault="00D17BE6">
      <w:pPr>
        <w:spacing w:after="120" w:line="269" w:lineRule="auto"/>
        <w:rPr>
          <w:b/>
          <w:color w:val="164D78"/>
          <w:szCs w:val="20"/>
        </w:rPr>
      </w:pPr>
    </w:p>
    <w:p w14:paraId="4420B9C1" w14:textId="77777777" w:rsidR="006D5894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>Workshop</w:t>
      </w:r>
      <w:r w:rsidR="005541F7">
        <w:rPr>
          <w:b/>
          <w:color w:val="164D78"/>
          <w:szCs w:val="20"/>
        </w:rPr>
        <w:t xml:space="preserve"> (30 November – 1 December)</w:t>
      </w:r>
      <w:r w:rsidR="005541F7">
        <w:rPr>
          <w:b/>
          <w:color w:val="164D78"/>
          <w:szCs w:val="20"/>
        </w:rPr>
        <w:tab/>
      </w:r>
      <w:r w:rsidR="005541F7">
        <w:rPr>
          <w:b/>
          <w:color w:val="164D78"/>
          <w:szCs w:val="20"/>
        </w:rPr>
        <w:tab/>
      </w:r>
      <w:r w:rsidRPr="005541F7">
        <w:rPr>
          <w:szCs w:val="20"/>
        </w:rPr>
        <w:t xml:space="preserve">☐  Intermediate French    </w:t>
      </w:r>
    </w:p>
    <w:p w14:paraId="514B2AF7" w14:textId="56D1C92A" w:rsidR="005541F7" w:rsidRDefault="00D82E1C">
      <w:pPr>
        <w:spacing w:after="120" w:line="269" w:lineRule="auto"/>
        <w:rPr>
          <w:szCs w:val="20"/>
        </w:rPr>
      </w:pPr>
      <w:r w:rsidRPr="005541F7">
        <w:rPr>
          <w:szCs w:val="20"/>
        </w:rPr>
        <w:t xml:space="preserve"> </w:t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>
        <w:rPr>
          <w:szCs w:val="20"/>
        </w:rPr>
        <w:tab/>
      </w:r>
      <w:r w:rsidR="006D5894" w:rsidRPr="005541F7">
        <w:rPr>
          <w:szCs w:val="20"/>
        </w:rPr>
        <w:t xml:space="preserve">☐  Intermediate </w:t>
      </w:r>
      <w:r w:rsidR="006D5894">
        <w:rPr>
          <w:szCs w:val="20"/>
        </w:rPr>
        <w:t>Portuguese</w:t>
      </w:r>
      <w:r w:rsidR="006D5894" w:rsidRPr="005541F7">
        <w:rPr>
          <w:szCs w:val="20"/>
        </w:rPr>
        <w:t xml:space="preserve">    </w:t>
      </w:r>
    </w:p>
    <w:p w14:paraId="2FAEAE90" w14:textId="77777777" w:rsidR="005541F7" w:rsidRDefault="00D82E1C" w:rsidP="00D17BE6">
      <w:pPr>
        <w:spacing w:after="120" w:line="269" w:lineRule="auto"/>
        <w:ind w:left="4320" w:firstLine="720"/>
        <w:rPr>
          <w:szCs w:val="20"/>
        </w:rPr>
      </w:pPr>
      <w:r w:rsidRPr="005541F7">
        <w:rPr>
          <w:szCs w:val="20"/>
        </w:rPr>
        <w:t xml:space="preserve">☐  Intermediate English     </w:t>
      </w:r>
    </w:p>
    <w:p w14:paraId="1FD1E588" w14:textId="0B6BDFED" w:rsidR="005541F7" w:rsidRPr="005541F7" w:rsidRDefault="00D82E1C" w:rsidP="00D17BE6">
      <w:pPr>
        <w:spacing w:after="120" w:line="269" w:lineRule="auto"/>
        <w:ind w:left="4320" w:firstLine="720"/>
        <w:rPr>
          <w:szCs w:val="20"/>
        </w:rPr>
      </w:pPr>
      <w:r w:rsidRPr="005541F7">
        <w:rPr>
          <w:szCs w:val="20"/>
        </w:rPr>
        <w:t>☐  Advanced</w:t>
      </w:r>
      <w:r w:rsidR="005541F7">
        <w:rPr>
          <w:szCs w:val="20"/>
        </w:rPr>
        <w:t xml:space="preserve"> </w:t>
      </w:r>
      <w:r w:rsidRPr="005541F7">
        <w:rPr>
          <w:szCs w:val="20"/>
        </w:rPr>
        <w:t>English</w:t>
      </w:r>
    </w:p>
    <w:p w14:paraId="7F21CD6B" w14:textId="5608DDE7" w:rsidR="00A672FC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Conference dinner  </w:t>
      </w:r>
      <w:r w:rsidR="005541F7">
        <w:rPr>
          <w:b/>
          <w:color w:val="164D78"/>
          <w:szCs w:val="20"/>
        </w:rPr>
        <w:t>(</w:t>
      </w:r>
      <w:r w:rsidR="00707650">
        <w:rPr>
          <w:b/>
          <w:color w:val="164D78"/>
          <w:szCs w:val="20"/>
        </w:rPr>
        <w:t xml:space="preserve">USD </w:t>
      </w:r>
      <w:r w:rsidR="005541F7">
        <w:rPr>
          <w:b/>
          <w:color w:val="164D78"/>
          <w:szCs w:val="20"/>
        </w:rPr>
        <w:t xml:space="preserve">50)  </w:t>
      </w:r>
      <w:r w:rsidR="005541F7">
        <w:rPr>
          <w:b/>
          <w:color w:val="164D78"/>
          <w:szCs w:val="20"/>
        </w:rPr>
        <w:tab/>
      </w:r>
      <w:r w:rsidR="005541F7">
        <w:rPr>
          <w:b/>
          <w:color w:val="164D78"/>
          <w:szCs w:val="20"/>
        </w:rPr>
        <w:tab/>
      </w:r>
      <w:r w:rsidR="005541F7">
        <w:rPr>
          <w:b/>
          <w:color w:val="164D78"/>
          <w:szCs w:val="20"/>
        </w:rPr>
        <w:tab/>
      </w:r>
      <w:r w:rsidRPr="005541F7">
        <w:rPr>
          <w:szCs w:val="20"/>
        </w:rPr>
        <w:t>☐  Yes    ☐  Bringing partner     ☐  No</w:t>
      </w:r>
    </w:p>
    <w:p w14:paraId="4EA70A67" w14:textId="77777777" w:rsidR="005541F7" w:rsidRPr="005541F7" w:rsidRDefault="005541F7">
      <w:pPr>
        <w:spacing w:after="120" w:line="269" w:lineRule="auto"/>
        <w:rPr>
          <w:szCs w:val="20"/>
        </w:rPr>
      </w:pPr>
    </w:p>
    <w:p w14:paraId="2155C50D" w14:textId="28A93610" w:rsidR="00A672FC" w:rsidRPr="005541F7" w:rsidRDefault="005541F7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>
        <w:rPr>
          <w:b/>
          <w:color w:val="164D78"/>
          <w:sz w:val="24"/>
          <w:szCs w:val="24"/>
        </w:rPr>
        <w:t>Conference f</w:t>
      </w:r>
      <w:r w:rsidRPr="005541F7">
        <w:rPr>
          <w:b/>
          <w:color w:val="164D78"/>
          <w:sz w:val="24"/>
          <w:szCs w:val="24"/>
        </w:rPr>
        <w:t>ee</w:t>
      </w:r>
    </w:p>
    <w:p w14:paraId="7275535E" w14:textId="3799C9DE" w:rsidR="00A672FC" w:rsidRPr="005541F7" w:rsidRDefault="00D82E1C" w:rsidP="005541F7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Registration </w:t>
      </w:r>
      <w:r w:rsidR="005541F7">
        <w:rPr>
          <w:b/>
          <w:color w:val="164D78"/>
          <w:szCs w:val="20"/>
        </w:rPr>
        <w:t>fee:</w:t>
      </w:r>
      <w:r w:rsidR="005541F7">
        <w:rPr>
          <w:b/>
          <w:color w:val="164D78"/>
          <w:szCs w:val="20"/>
        </w:rPr>
        <w:tab/>
      </w:r>
      <w:r w:rsidR="005541F7" w:rsidRPr="005541F7">
        <w:rPr>
          <w:szCs w:val="20"/>
        </w:rPr>
        <w:t>USD 250</w:t>
      </w:r>
      <w:r w:rsidR="005541F7">
        <w:rPr>
          <w:szCs w:val="20"/>
        </w:rPr>
        <w:t xml:space="preserve"> - </w:t>
      </w:r>
      <w:r w:rsidRPr="005541F7">
        <w:rPr>
          <w:szCs w:val="20"/>
        </w:rPr>
        <w:t>Early registration</w:t>
      </w:r>
      <w:r w:rsidR="005541F7">
        <w:rPr>
          <w:szCs w:val="20"/>
        </w:rPr>
        <w:t>. Before</w:t>
      </w:r>
      <w:r w:rsidRPr="005541F7">
        <w:rPr>
          <w:szCs w:val="20"/>
        </w:rPr>
        <w:t xml:space="preserve"> </w:t>
      </w:r>
      <w:r w:rsidR="00CE758E">
        <w:rPr>
          <w:szCs w:val="20"/>
        </w:rPr>
        <w:t>10 October</w:t>
      </w:r>
      <w:r w:rsidRPr="005541F7">
        <w:rPr>
          <w:szCs w:val="20"/>
        </w:rPr>
        <w:t xml:space="preserve"> 2026</w:t>
      </w:r>
      <w:r w:rsidR="005541F7">
        <w:rPr>
          <w:szCs w:val="20"/>
        </w:rPr>
        <w:t xml:space="preserve">. Thereafter, </w:t>
      </w:r>
      <w:r w:rsidR="005541F7" w:rsidRPr="005541F7">
        <w:rPr>
          <w:szCs w:val="20"/>
        </w:rPr>
        <w:t>USD 300</w:t>
      </w:r>
      <w:r w:rsidR="005541F7">
        <w:rPr>
          <w:szCs w:val="20"/>
        </w:rPr>
        <w:t xml:space="preserve"> </w:t>
      </w:r>
    </w:p>
    <w:p w14:paraId="1A0C4093" w14:textId="3ACAADA0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>Membership</w:t>
      </w:r>
      <w:r w:rsidR="005541F7">
        <w:rPr>
          <w:b/>
          <w:color w:val="164D78"/>
          <w:szCs w:val="20"/>
        </w:rPr>
        <w:t xml:space="preserve"> fee:</w:t>
      </w:r>
      <w:r w:rsidRPr="005541F7">
        <w:rPr>
          <w:b/>
          <w:color w:val="164D78"/>
          <w:szCs w:val="20"/>
        </w:rPr>
        <w:t xml:space="preserve">  </w:t>
      </w:r>
      <w:r w:rsidR="005541F7">
        <w:rPr>
          <w:b/>
          <w:color w:val="164D78"/>
          <w:szCs w:val="20"/>
        </w:rPr>
        <w:tab/>
      </w:r>
      <w:r w:rsidRPr="005541F7">
        <w:rPr>
          <w:szCs w:val="20"/>
        </w:rPr>
        <w:t xml:space="preserve">☐  1 year </w:t>
      </w:r>
      <w:r w:rsidR="005541F7">
        <w:rPr>
          <w:szCs w:val="20"/>
        </w:rPr>
        <w:t>(</w:t>
      </w:r>
      <w:r w:rsidRPr="005541F7">
        <w:rPr>
          <w:szCs w:val="20"/>
        </w:rPr>
        <w:t>USD 40</w:t>
      </w:r>
      <w:r w:rsidR="005541F7">
        <w:rPr>
          <w:szCs w:val="20"/>
        </w:rPr>
        <w:t>)</w:t>
      </w:r>
      <w:r w:rsidRPr="005541F7">
        <w:rPr>
          <w:szCs w:val="20"/>
        </w:rPr>
        <w:t xml:space="preserve">     ☐  3 years</w:t>
      </w:r>
      <w:r w:rsidR="005541F7">
        <w:rPr>
          <w:szCs w:val="20"/>
        </w:rPr>
        <w:t xml:space="preserve"> (</w:t>
      </w:r>
      <w:r w:rsidRPr="005541F7">
        <w:rPr>
          <w:szCs w:val="20"/>
        </w:rPr>
        <w:t>USD 100</w:t>
      </w:r>
      <w:r w:rsidR="005541F7">
        <w:rPr>
          <w:szCs w:val="20"/>
        </w:rPr>
        <w:t>)</w:t>
      </w:r>
    </w:p>
    <w:p w14:paraId="631611CE" w14:textId="4C3277BD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Conference dinner  </w:t>
      </w:r>
      <w:r w:rsidR="005541F7">
        <w:rPr>
          <w:b/>
          <w:color w:val="164D78"/>
          <w:szCs w:val="20"/>
        </w:rPr>
        <w:tab/>
      </w:r>
      <w:r w:rsidRPr="005541F7">
        <w:rPr>
          <w:szCs w:val="20"/>
        </w:rPr>
        <w:t>☐  USD 50 per person</w:t>
      </w:r>
    </w:p>
    <w:p w14:paraId="547209BB" w14:textId="34D4C646" w:rsidR="005541F7" w:rsidRDefault="00D82E1C" w:rsidP="005541F7">
      <w:pPr>
        <w:spacing w:after="160" w:line="240" w:lineRule="auto"/>
        <w:rPr>
          <w:szCs w:val="20"/>
        </w:rPr>
      </w:pPr>
      <w:r w:rsidRPr="005541F7">
        <w:rPr>
          <w:b/>
          <w:color w:val="164D78"/>
          <w:szCs w:val="20"/>
        </w:rPr>
        <w:t>Total payable (USD)</w:t>
      </w:r>
      <w:r w:rsidR="005541F7">
        <w:rPr>
          <w:b/>
          <w:color w:val="164D78"/>
          <w:szCs w:val="20"/>
        </w:rPr>
        <w:tab/>
        <w:t>_____________________</w:t>
      </w:r>
    </w:p>
    <w:p w14:paraId="44E6AF0C" w14:textId="77777777" w:rsidR="005541F7" w:rsidRPr="005541F7" w:rsidRDefault="005541F7" w:rsidP="005541F7">
      <w:pPr>
        <w:spacing w:after="160" w:line="240" w:lineRule="auto"/>
        <w:rPr>
          <w:szCs w:val="20"/>
        </w:rPr>
      </w:pPr>
    </w:p>
    <w:p w14:paraId="3F583714" w14:textId="15E02ED9" w:rsidR="00A672FC" w:rsidRDefault="00D82E1C" w:rsidP="005541F7">
      <w:pPr>
        <w:keepNext/>
        <w:shd w:val="clear" w:color="auto" w:fill="EEF5F7"/>
        <w:spacing w:before="180" w:after="140"/>
      </w:pPr>
      <w:r w:rsidRPr="005541F7">
        <w:rPr>
          <w:b/>
          <w:color w:val="164D78"/>
          <w:sz w:val="24"/>
          <w:szCs w:val="24"/>
        </w:rPr>
        <w:t>Funding</w:t>
      </w:r>
    </w:p>
    <w:p w14:paraId="3645C80B" w14:textId="593BE19C" w:rsidR="00A672FC" w:rsidRPr="005541F7" w:rsidRDefault="00D82E1C">
      <w:pPr>
        <w:spacing w:after="120" w:line="269" w:lineRule="auto"/>
        <w:rPr>
          <w:szCs w:val="20"/>
        </w:rPr>
      </w:pPr>
      <w:r w:rsidRPr="005541F7">
        <w:rPr>
          <w:b/>
          <w:color w:val="164D78"/>
          <w:szCs w:val="20"/>
        </w:rPr>
        <w:t xml:space="preserve">Self-funded? </w:t>
      </w:r>
      <w:r w:rsidR="005541F7">
        <w:rPr>
          <w:b/>
          <w:color w:val="164D78"/>
          <w:szCs w:val="20"/>
        </w:rPr>
        <w:tab/>
      </w:r>
      <w:r w:rsidR="005541F7">
        <w:rPr>
          <w:b/>
          <w:color w:val="164D78"/>
          <w:szCs w:val="20"/>
        </w:rPr>
        <w:tab/>
      </w:r>
      <w:r w:rsidRPr="005541F7">
        <w:rPr>
          <w:szCs w:val="20"/>
        </w:rPr>
        <w:t>☐  Yes     ☐  No</w:t>
      </w:r>
    </w:p>
    <w:p w14:paraId="2E18164E" w14:textId="6999FE48" w:rsidR="00A672FC" w:rsidRPr="005541F7" w:rsidRDefault="00D82E1C" w:rsidP="005541F7">
      <w:pPr>
        <w:spacing w:after="240" w:line="240" w:lineRule="auto"/>
        <w:rPr>
          <w:szCs w:val="20"/>
        </w:rPr>
      </w:pPr>
      <w:r w:rsidRPr="005541F7">
        <w:rPr>
          <w:b/>
          <w:color w:val="164D78"/>
          <w:szCs w:val="20"/>
        </w:rPr>
        <w:t>Sponsorship request</w:t>
      </w:r>
      <w:r w:rsidRPr="005541F7">
        <w:rPr>
          <w:color w:val="64727C"/>
          <w:szCs w:val="20"/>
        </w:rPr>
        <w:t xml:space="preserve">   State what support is requested</w:t>
      </w:r>
      <w:r w:rsidR="005541F7">
        <w:rPr>
          <w:color w:val="64727C"/>
          <w:szCs w:val="20"/>
        </w:rPr>
        <w:t xml:space="preserve"> __________________________________________________________</w:t>
      </w:r>
    </w:p>
    <w:p w14:paraId="6D1C6CAD" w14:textId="0A33AA52" w:rsidR="00A672FC" w:rsidRDefault="00D82E1C" w:rsidP="005541F7">
      <w:pPr>
        <w:spacing w:after="240" w:line="240" w:lineRule="auto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Additional details</w:t>
      </w:r>
      <w:r w:rsidR="005541F7">
        <w:rPr>
          <w:b/>
          <w:color w:val="164D78"/>
          <w:szCs w:val="20"/>
        </w:rPr>
        <w:t xml:space="preserve"> ____________________________________________________________</w:t>
      </w:r>
      <w:r w:rsidR="00D17BE6">
        <w:rPr>
          <w:b/>
          <w:color w:val="164D78"/>
          <w:szCs w:val="20"/>
        </w:rPr>
        <w:t>_______________________________</w:t>
      </w:r>
    </w:p>
    <w:p w14:paraId="284BEDB4" w14:textId="77777777" w:rsidR="005541F7" w:rsidRPr="005541F7" w:rsidRDefault="005541F7" w:rsidP="005541F7">
      <w:pPr>
        <w:spacing w:after="240" w:line="240" w:lineRule="auto"/>
        <w:rPr>
          <w:szCs w:val="20"/>
        </w:rPr>
      </w:pPr>
    </w:p>
    <w:p w14:paraId="7682077B" w14:textId="38525767" w:rsidR="00A672FC" w:rsidRDefault="00D82E1C" w:rsidP="005541F7">
      <w:pPr>
        <w:keepNext/>
        <w:shd w:val="clear" w:color="auto" w:fill="EEF5F7"/>
        <w:spacing w:before="180" w:after="140"/>
      </w:pPr>
      <w:r w:rsidRPr="005541F7">
        <w:rPr>
          <w:b/>
          <w:color w:val="164D78"/>
          <w:sz w:val="24"/>
          <w:szCs w:val="24"/>
        </w:rPr>
        <w:t>Declaration</w:t>
      </w:r>
    </w:p>
    <w:p w14:paraId="66B03A2A" w14:textId="77777777" w:rsidR="005541F7" w:rsidRDefault="005541F7">
      <w:pPr>
        <w:keepNext/>
        <w:spacing w:after="200"/>
        <w:rPr>
          <w:szCs w:val="20"/>
        </w:rPr>
      </w:pPr>
    </w:p>
    <w:p w14:paraId="7565E368" w14:textId="1896A7CE" w:rsidR="00A672FC" w:rsidRPr="005541F7" w:rsidRDefault="00D82E1C">
      <w:pPr>
        <w:keepNext/>
        <w:spacing w:after="200"/>
        <w:rPr>
          <w:szCs w:val="20"/>
        </w:rPr>
      </w:pPr>
      <w:r w:rsidRPr="005541F7">
        <w:rPr>
          <w:szCs w:val="20"/>
        </w:rPr>
        <w:t>I hereby apply to register for the conference and confirm that the information provided is correct.</w:t>
      </w:r>
    </w:p>
    <w:p w14:paraId="597E8C61" w14:textId="77777777" w:rsidR="005541F7" w:rsidRDefault="005541F7" w:rsidP="005541F7">
      <w:pPr>
        <w:keepNext/>
        <w:tabs>
          <w:tab w:val="left" w:pos="4752"/>
        </w:tabs>
        <w:spacing w:after="160"/>
        <w:rPr>
          <w:b/>
          <w:color w:val="164D78"/>
          <w:szCs w:val="20"/>
        </w:rPr>
      </w:pPr>
    </w:p>
    <w:p w14:paraId="4A9B6147" w14:textId="77777777" w:rsidR="005541F7" w:rsidRDefault="005541F7" w:rsidP="005541F7">
      <w:pPr>
        <w:keepNext/>
        <w:tabs>
          <w:tab w:val="left" w:pos="4752"/>
        </w:tabs>
        <w:spacing w:after="160"/>
        <w:rPr>
          <w:b/>
          <w:color w:val="164D78"/>
          <w:szCs w:val="20"/>
        </w:rPr>
      </w:pPr>
    </w:p>
    <w:p w14:paraId="2544BDD9" w14:textId="77777777" w:rsidR="00D17BE6" w:rsidRDefault="00D82E1C" w:rsidP="005541F7">
      <w:pPr>
        <w:keepNext/>
        <w:tabs>
          <w:tab w:val="left" w:pos="4752"/>
        </w:tabs>
        <w:spacing w:after="160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Name</w:t>
      </w:r>
      <w:r w:rsidR="005541F7">
        <w:rPr>
          <w:b/>
          <w:color w:val="164D78"/>
          <w:szCs w:val="20"/>
        </w:rPr>
        <w:t xml:space="preserve"> ___________________________________________</w:t>
      </w:r>
      <w:r w:rsidRPr="005541F7">
        <w:rPr>
          <w:b/>
          <w:color w:val="164D78"/>
          <w:szCs w:val="20"/>
        </w:rPr>
        <w:tab/>
      </w:r>
    </w:p>
    <w:p w14:paraId="60D1F202" w14:textId="70025A07" w:rsidR="00A672FC" w:rsidRPr="005541F7" w:rsidRDefault="00D82E1C" w:rsidP="005541F7">
      <w:pPr>
        <w:keepNext/>
        <w:tabs>
          <w:tab w:val="left" w:pos="4752"/>
        </w:tabs>
        <w:spacing w:after="160"/>
        <w:rPr>
          <w:szCs w:val="20"/>
        </w:rPr>
      </w:pPr>
      <w:r w:rsidRPr="005541F7">
        <w:rPr>
          <w:b/>
          <w:color w:val="164D78"/>
          <w:szCs w:val="20"/>
        </w:rPr>
        <w:t>Signature</w:t>
      </w:r>
      <w:r w:rsidR="005541F7">
        <w:rPr>
          <w:b/>
          <w:color w:val="164D78"/>
          <w:szCs w:val="20"/>
        </w:rPr>
        <w:t xml:space="preserve"> ________________________________________________</w:t>
      </w:r>
    </w:p>
    <w:p w14:paraId="2DA88EB1" w14:textId="77777777" w:rsidR="005541F7" w:rsidRDefault="005541F7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</w:p>
    <w:p w14:paraId="1A7E3784" w14:textId="77777777" w:rsidR="005541F7" w:rsidRDefault="005541F7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</w:p>
    <w:p w14:paraId="06E45330" w14:textId="77777777" w:rsidR="00D17BE6" w:rsidRDefault="00D82E1C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Date</w:t>
      </w:r>
      <w:r w:rsidR="005541F7">
        <w:rPr>
          <w:b/>
          <w:color w:val="164D78"/>
          <w:szCs w:val="20"/>
        </w:rPr>
        <w:t xml:space="preserve">  ____________________________________________</w:t>
      </w:r>
      <w:r w:rsidRPr="005541F7">
        <w:rPr>
          <w:b/>
          <w:color w:val="164D78"/>
          <w:szCs w:val="20"/>
        </w:rPr>
        <w:tab/>
      </w:r>
    </w:p>
    <w:p w14:paraId="713E1FD9" w14:textId="440ECD3C" w:rsidR="00A672FC" w:rsidRDefault="00D82E1C" w:rsidP="005541F7">
      <w:pPr>
        <w:tabs>
          <w:tab w:val="left" w:pos="4752"/>
        </w:tabs>
        <w:spacing w:after="160"/>
        <w:rPr>
          <w:b/>
          <w:color w:val="164D78"/>
          <w:szCs w:val="20"/>
        </w:rPr>
      </w:pPr>
      <w:r w:rsidRPr="005541F7">
        <w:rPr>
          <w:b/>
          <w:color w:val="164D78"/>
          <w:szCs w:val="20"/>
        </w:rPr>
        <w:t>Place</w:t>
      </w:r>
      <w:r w:rsidR="005541F7">
        <w:rPr>
          <w:b/>
          <w:color w:val="164D78"/>
          <w:szCs w:val="20"/>
        </w:rPr>
        <w:t xml:space="preserve"> ____________________________________________________</w:t>
      </w:r>
    </w:p>
    <w:p w14:paraId="4C617A61" w14:textId="77777777" w:rsidR="005541F7" w:rsidRPr="005541F7" w:rsidRDefault="005541F7" w:rsidP="005541F7">
      <w:pPr>
        <w:tabs>
          <w:tab w:val="left" w:pos="4752"/>
        </w:tabs>
        <w:spacing w:after="160"/>
        <w:rPr>
          <w:szCs w:val="20"/>
        </w:rPr>
      </w:pPr>
    </w:p>
    <w:p w14:paraId="0B931CAE" w14:textId="60A1D2CE" w:rsidR="005541F7" w:rsidRDefault="005541F7">
      <w:pPr>
        <w:spacing w:after="200" w:line="276" w:lineRule="auto"/>
        <w:rPr>
          <w:b/>
          <w:color w:val="164D78"/>
          <w:sz w:val="24"/>
          <w:szCs w:val="24"/>
        </w:rPr>
      </w:pPr>
    </w:p>
    <w:p w14:paraId="7758C1F6" w14:textId="56D3849B" w:rsidR="00A672FC" w:rsidRPr="005541F7" w:rsidRDefault="00D82E1C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b/>
          <w:color w:val="164D78"/>
          <w:sz w:val="24"/>
          <w:szCs w:val="24"/>
        </w:rPr>
        <w:t>Banking details</w:t>
      </w:r>
      <w:r w:rsidRPr="005541F7">
        <w:rPr>
          <w:color w:val="64727C"/>
          <w:sz w:val="24"/>
          <w:szCs w:val="24"/>
        </w:rPr>
        <w:t xml:space="preserve">    </w:t>
      </w:r>
    </w:p>
    <w:p w14:paraId="2315FD6B" w14:textId="77777777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Account name</w:t>
      </w:r>
      <w:r>
        <w:rPr>
          <w:sz w:val="17"/>
        </w:rPr>
        <w:tab/>
        <w:t>Regional Chapter for Africa: IARMJ</w:t>
      </w:r>
    </w:p>
    <w:p w14:paraId="1DA7BFE0" w14:textId="10CAF8F5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Bank</w:t>
      </w:r>
      <w:r>
        <w:rPr>
          <w:sz w:val="17"/>
        </w:rPr>
        <w:tab/>
        <w:t xml:space="preserve">Absa </w:t>
      </w:r>
      <w:r w:rsidR="005541F7">
        <w:rPr>
          <w:sz w:val="17"/>
        </w:rPr>
        <w:t>(</w:t>
      </w:r>
      <w:r>
        <w:rPr>
          <w:sz w:val="17"/>
        </w:rPr>
        <w:t>Quagga Centre branch</w:t>
      </w:r>
      <w:r w:rsidR="005541F7">
        <w:rPr>
          <w:sz w:val="17"/>
        </w:rPr>
        <w:t>)</w:t>
      </w:r>
    </w:p>
    <w:p w14:paraId="4778AB39" w14:textId="77777777" w:rsidR="00A672FC" w:rsidRPr="005541F7" w:rsidRDefault="00D82E1C" w:rsidP="005541F7">
      <w:pPr>
        <w:tabs>
          <w:tab w:val="left" w:pos="2952"/>
        </w:tabs>
        <w:spacing w:after="0" w:line="240" w:lineRule="auto"/>
        <w:ind w:left="176"/>
        <w:rPr>
          <w:color w:val="1F497D" w:themeColor="text2"/>
        </w:rPr>
      </w:pPr>
      <w:r>
        <w:rPr>
          <w:b/>
          <w:color w:val="164D78"/>
          <w:sz w:val="17"/>
        </w:rPr>
        <w:t>Account number</w:t>
      </w:r>
      <w:r>
        <w:rPr>
          <w:b/>
          <w:color w:val="168A8C"/>
          <w:sz w:val="17"/>
        </w:rPr>
        <w:tab/>
      </w:r>
      <w:r w:rsidRPr="005541F7">
        <w:rPr>
          <w:bCs/>
          <w:color w:val="000000" w:themeColor="text1"/>
          <w:sz w:val="17"/>
        </w:rPr>
        <w:t>4072023753</w:t>
      </w:r>
    </w:p>
    <w:p w14:paraId="7B4D820B" w14:textId="77777777" w:rsidR="00A672FC" w:rsidRPr="005541F7" w:rsidRDefault="00D82E1C" w:rsidP="005541F7">
      <w:pPr>
        <w:tabs>
          <w:tab w:val="left" w:pos="2952"/>
        </w:tabs>
        <w:spacing w:after="0" w:line="240" w:lineRule="auto"/>
        <w:ind w:left="176"/>
        <w:rPr>
          <w:color w:val="1F497D" w:themeColor="text2"/>
        </w:rPr>
      </w:pPr>
      <w:r w:rsidRPr="005541F7">
        <w:rPr>
          <w:b/>
          <w:color w:val="1F497D" w:themeColor="text2"/>
          <w:sz w:val="17"/>
        </w:rPr>
        <w:t>SWIFT / BIC</w:t>
      </w:r>
      <w:r w:rsidRPr="005541F7">
        <w:rPr>
          <w:b/>
          <w:color w:val="1F497D" w:themeColor="text2"/>
          <w:sz w:val="17"/>
        </w:rPr>
        <w:tab/>
      </w:r>
      <w:r w:rsidRPr="005541F7">
        <w:rPr>
          <w:bCs/>
          <w:color w:val="000000" w:themeColor="text1"/>
          <w:sz w:val="17"/>
        </w:rPr>
        <w:t>ABSAZAJJ CPT</w:t>
      </w:r>
    </w:p>
    <w:p w14:paraId="6782E61E" w14:textId="77777777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Correspondent bank</w:t>
      </w:r>
      <w:r>
        <w:rPr>
          <w:sz w:val="17"/>
        </w:rPr>
        <w:tab/>
        <w:t>Shop 1, Quagga Centre, Cnr Church &amp; Quagga Street, Pretoria, Gauteng, 0183</w:t>
      </w:r>
    </w:p>
    <w:p w14:paraId="23C2EBFC" w14:textId="77777777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IBAN</w:t>
      </w:r>
      <w:r>
        <w:rPr>
          <w:sz w:val="17"/>
        </w:rPr>
        <w:tab/>
        <w:t>4072023753</w:t>
      </w:r>
    </w:p>
    <w:p w14:paraId="07E3E948" w14:textId="77777777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Sort / routing code</w:t>
      </w:r>
      <w:r>
        <w:rPr>
          <w:sz w:val="17"/>
        </w:rPr>
        <w:tab/>
        <w:t>632005</w:t>
      </w:r>
    </w:p>
    <w:p w14:paraId="4D79349D" w14:textId="77777777" w:rsidR="00A672FC" w:rsidRDefault="00D82E1C" w:rsidP="005541F7">
      <w:pPr>
        <w:tabs>
          <w:tab w:val="left" w:pos="2952"/>
        </w:tabs>
        <w:spacing w:after="0" w:line="240" w:lineRule="auto"/>
        <w:ind w:left="176"/>
      </w:pPr>
      <w:r>
        <w:rPr>
          <w:b/>
          <w:color w:val="164D78"/>
          <w:sz w:val="17"/>
        </w:rPr>
        <w:t>Bank address</w:t>
      </w:r>
      <w:r>
        <w:rPr>
          <w:sz w:val="17"/>
        </w:rPr>
        <w:tab/>
        <w:t>Shop 1, Quagga Centre, Cnr Church &amp; Quagga Street, Pretoria, Gauteng, 0183</w:t>
      </w:r>
    </w:p>
    <w:p w14:paraId="619831B3" w14:textId="77777777" w:rsidR="00D17BE6" w:rsidRDefault="00D17BE6" w:rsidP="005541F7">
      <w:pPr>
        <w:spacing w:before="100" w:after="40"/>
        <w:ind w:left="176"/>
        <w:rPr>
          <w:b/>
          <w:color w:val="9D3C3C"/>
          <w:sz w:val="17"/>
        </w:rPr>
      </w:pPr>
    </w:p>
    <w:p w14:paraId="7B639DD3" w14:textId="66DA5914" w:rsidR="00A672FC" w:rsidRDefault="00D82E1C" w:rsidP="005541F7">
      <w:pPr>
        <w:spacing w:before="100" w:after="40"/>
        <w:ind w:left="176"/>
        <w:rPr>
          <w:color w:val="9D3C3C"/>
          <w:sz w:val="17"/>
        </w:rPr>
      </w:pPr>
      <w:r>
        <w:rPr>
          <w:b/>
          <w:color w:val="9D3C3C"/>
          <w:sz w:val="17"/>
        </w:rPr>
        <w:t>Africa Chapter levy</w:t>
      </w:r>
      <w:r w:rsidR="005541F7">
        <w:t xml:space="preserve">: </w:t>
      </w:r>
      <w:r>
        <w:rPr>
          <w:color w:val="9D3C3C"/>
          <w:sz w:val="17"/>
        </w:rPr>
        <w:t>Self-funded delegates must pay an additional USD 40 levy to the Africa Chapter account on arrival.</w:t>
      </w:r>
      <w:r w:rsidR="005541F7">
        <w:rPr>
          <w:color w:val="9D3C3C"/>
          <w:sz w:val="17"/>
        </w:rPr>
        <w:t xml:space="preserve"> Add your name and surname as reference </w:t>
      </w:r>
    </w:p>
    <w:p w14:paraId="7B9AB64B" w14:textId="77777777" w:rsidR="005541F7" w:rsidRDefault="005541F7" w:rsidP="005541F7">
      <w:pPr>
        <w:spacing w:before="100" w:after="40"/>
        <w:ind w:firstLine="176"/>
      </w:pPr>
    </w:p>
    <w:p w14:paraId="17EAB688" w14:textId="1B423C47" w:rsidR="00A672FC" w:rsidRPr="005541F7" w:rsidRDefault="00D82E1C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b/>
          <w:color w:val="164D78"/>
          <w:sz w:val="24"/>
          <w:szCs w:val="24"/>
        </w:rPr>
        <w:t>Hotel accommodation</w:t>
      </w:r>
    </w:p>
    <w:p w14:paraId="7C8915AB" w14:textId="1C1BA42F" w:rsidR="005541F7" w:rsidRPr="005541F7" w:rsidRDefault="005541F7" w:rsidP="005541F7">
      <w:pPr>
        <w:spacing w:after="0" w:line="240" w:lineRule="auto"/>
      </w:pPr>
      <w:hyperlink r:id="rId8" w:history="1">
        <w:r w:rsidRPr="005541F7">
          <w:rPr>
            <w:rStyle w:val="Hyperlink"/>
            <w:sz w:val="18"/>
          </w:rPr>
          <w:t>Time Square Hotel</w:t>
        </w:r>
      </w:hyperlink>
      <w:r>
        <w:rPr>
          <w:sz w:val="18"/>
        </w:rPr>
        <w:t xml:space="preserve"> is a Sun International property in Menlyn, Pretoria, located within the Time Square entertainment precinct. Conference accommodation is offered on a dinner, bed-and-breakfast basis, subject to availability.</w:t>
      </w:r>
    </w:p>
    <w:p w14:paraId="5BDBABC9" w14:textId="77777777" w:rsidR="00A672FC" w:rsidRDefault="00D82E1C" w:rsidP="005541F7">
      <w:pPr>
        <w:tabs>
          <w:tab w:val="left" w:pos="2952"/>
        </w:tabs>
        <w:spacing w:after="0" w:line="240" w:lineRule="auto"/>
        <w:ind w:left="173"/>
      </w:pPr>
      <w:r>
        <w:rPr>
          <w:b/>
          <w:color w:val="164D78"/>
          <w:sz w:val="17"/>
        </w:rPr>
        <w:t>3 Star</w:t>
      </w:r>
      <w:r>
        <w:rPr>
          <w:sz w:val="17"/>
        </w:rPr>
        <w:tab/>
        <w:t>ZAR 1,850</w:t>
      </w:r>
    </w:p>
    <w:p w14:paraId="155A1FE1" w14:textId="77777777" w:rsidR="00A672FC" w:rsidRDefault="00D82E1C" w:rsidP="005541F7">
      <w:pPr>
        <w:tabs>
          <w:tab w:val="left" w:pos="2952"/>
        </w:tabs>
        <w:spacing w:after="0" w:line="240" w:lineRule="auto"/>
        <w:ind w:left="173"/>
      </w:pPr>
      <w:r>
        <w:rPr>
          <w:b/>
          <w:color w:val="164D78"/>
          <w:sz w:val="17"/>
        </w:rPr>
        <w:t>4 Star</w:t>
      </w:r>
      <w:r>
        <w:rPr>
          <w:sz w:val="17"/>
        </w:rPr>
        <w:tab/>
        <w:t>ZAR 2,060</w:t>
      </w:r>
    </w:p>
    <w:p w14:paraId="3D85B6C2" w14:textId="77777777" w:rsidR="00A672FC" w:rsidRDefault="00D82E1C" w:rsidP="005541F7">
      <w:pPr>
        <w:tabs>
          <w:tab w:val="left" w:pos="2952"/>
        </w:tabs>
        <w:spacing w:after="0" w:line="240" w:lineRule="auto"/>
        <w:ind w:left="173"/>
      </w:pPr>
      <w:r>
        <w:rPr>
          <w:b/>
          <w:color w:val="164D78"/>
          <w:sz w:val="17"/>
        </w:rPr>
        <w:t>5 Star</w:t>
      </w:r>
      <w:r>
        <w:rPr>
          <w:sz w:val="17"/>
        </w:rPr>
        <w:tab/>
        <w:t>ZAR 3,310</w:t>
      </w:r>
    </w:p>
    <w:p w14:paraId="4DC0F6E9" w14:textId="77777777" w:rsidR="00A672FC" w:rsidRDefault="00D82E1C" w:rsidP="005541F7">
      <w:pPr>
        <w:tabs>
          <w:tab w:val="left" w:pos="2952"/>
        </w:tabs>
        <w:spacing w:after="0" w:line="240" w:lineRule="auto"/>
        <w:ind w:left="173"/>
      </w:pPr>
      <w:r>
        <w:rPr>
          <w:b/>
          <w:color w:val="164D78"/>
          <w:sz w:val="17"/>
        </w:rPr>
        <w:t>Booking block code</w:t>
      </w:r>
      <w:r>
        <w:rPr>
          <w:b/>
          <w:color w:val="168A8C"/>
          <w:sz w:val="17"/>
        </w:rPr>
        <w:tab/>
        <w:t>UNHCR</w:t>
      </w:r>
    </w:p>
    <w:p w14:paraId="7ECD1897" w14:textId="77777777" w:rsidR="00A672FC" w:rsidRDefault="00D82E1C" w:rsidP="005541F7">
      <w:pPr>
        <w:tabs>
          <w:tab w:val="left" w:pos="2952"/>
        </w:tabs>
        <w:spacing w:after="0" w:line="240" w:lineRule="auto"/>
        <w:ind w:left="173"/>
      </w:pPr>
      <w:r>
        <w:rPr>
          <w:b/>
          <w:color w:val="164D78"/>
          <w:sz w:val="17"/>
        </w:rPr>
        <w:t>Reservations</w:t>
      </w:r>
      <w:r>
        <w:rPr>
          <w:sz w:val="17"/>
        </w:rPr>
        <w:tab/>
        <w:t>Timesquare.reservations@suninternational.com</w:t>
      </w:r>
    </w:p>
    <w:p w14:paraId="1D3551CB" w14:textId="7A325368" w:rsidR="00A672FC" w:rsidRDefault="00D82E1C" w:rsidP="005541F7">
      <w:pPr>
        <w:tabs>
          <w:tab w:val="left" w:pos="2952"/>
        </w:tabs>
        <w:spacing w:after="0" w:line="240" w:lineRule="auto"/>
        <w:ind w:left="173"/>
        <w:rPr>
          <w:sz w:val="17"/>
        </w:rPr>
      </w:pPr>
      <w:r>
        <w:rPr>
          <w:b/>
          <w:color w:val="164D78"/>
          <w:sz w:val="17"/>
        </w:rPr>
        <w:t>Copy</w:t>
      </w:r>
      <w:r>
        <w:rPr>
          <w:sz w:val="17"/>
        </w:rPr>
        <w:tab/>
      </w:r>
      <w:hyperlink r:id="rId9" w:history="1">
        <w:r w:rsidR="00D17BE6" w:rsidRPr="001F3EF9">
          <w:rPr>
            <w:rStyle w:val="Hyperlink"/>
            <w:sz w:val="17"/>
          </w:rPr>
          <w:t>sarie.brits@dha.gov.za</w:t>
        </w:r>
      </w:hyperlink>
      <w:r w:rsidR="00D17BE6">
        <w:rPr>
          <w:sz w:val="17"/>
        </w:rPr>
        <w:t xml:space="preserve"> </w:t>
      </w:r>
      <w:r>
        <w:rPr>
          <w:sz w:val="17"/>
        </w:rPr>
        <w:t xml:space="preserve"> / </w:t>
      </w:r>
      <w:hyperlink r:id="rId10" w:history="1">
        <w:r w:rsidR="00D17BE6" w:rsidRPr="001F3EF9">
          <w:rPr>
            <w:rStyle w:val="Hyperlink"/>
            <w:sz w:val="17"/>
          </w:rPr>
          <w:t>sariebrits@ymail.com</w:t>
        </w:r>
      </w:hyperlink>
    </w:p>
    <w:p w14:paraId="035F6F03" w14:textId="77777777" w:rsidR="00D17BE6" w:rsidRDefault="00D17BE6" w:rsidP="005541F7">
      <w:pPr>
        <w:tabs>
          <w:tab w:val="left" w:pos="2952"/>
        </w:tabs>
        <w:spacing w:after="0" w:line="240" w:lineRule="auto"/>
        <w:ind w:left="173"/>
      </w:pPr>
    </w:p>
    <w:p w14:paraId="4F693D80" w14:textId="1E7BA493" w:rsidR="005541F7" w:rsidRPr="005541F7" w:rsidRDefault="005541F7" w:rsidP="005541F7">
      <w:pPr>
        <w:keepNext/>
        <w:shd w:val="clear" w:color="auto" w:fill="EEF5F7"/>
        <w:spacing w:before="180" w:after="140"/>
        <w:rPr>
          <w:b/>
          <w:color w:val="164D78"/>
          <w:sz w:val="24"/>
          <w:szCs w:val="24"/>
        </w:rPr>
      </w:pPr>
      <w:r w:rsidRPr="005541F7">
        <w:rPr>
          <w:b/>
          <w:color w:val="164D78"/>
          <w:sz w:val="24"/>
          <w:szCs w:val="24"/>
        </w:rPr>
        <w:t xml:space="preserve">Traveler </w:t>
      </w:r>
      <w:r>
        <w:rPr>
          <w:b/>
          <w:color w:val="164D78"/>
          <w:sz w:val="24"/>
          <w:szCs w:val="24"/>
        </w:rPr>
        <w:t xml:space="preserve">customs </w:t>
      </w:r>
      <w:r w:rsidRPr="005541F7">
        <w:rPr>
          <w:b/>
          <w:color w:val="164D78"/>
          <w:sz w:val="24"/>
          <w:szCs w:val="24"/>
        </w:rPr>
        <w:t>declaration</w:t>
      </w:r>
    </w:p>
    <w:p w14:paraId="713E4D39" w14:textId="4147DFE9" w:rsidR="00A672FC" w:rsidRDefault="00D82E1C" w:rsidP="005541F7">
      <w:pPr>
        <w:spacing w:after="80"/>
        <w:rPr>
          <w:rStyle w:val="Hyperlink"/>
          <w:bCs/>
          <w:color w:val="000000" w:themeColor="text1"/>
          <w:szCs w:val="20"/>
        </w:rPr>
      </w:pPr>
      <w:r w:rsidRPr="005541F7">
        <w:rPr>
          <w:color w:val="000000" w:themeColor="text1"/>
          <w:szCs w:val="20"/>
        </w:rPr>
        <w:t>The online Traveller Declaration is mandatory for everyone entering or leaving South Africa by air, land or sea, and must be completed before travel.</w:t>
      </w:r>
      <w:r w:rsidR="005541F7" w:rsidRPr="005541F7">
        <w:rPr>
          <w:color w:val="000000" w:themeColor="text1"/>
          <w:szCs w:val="20"/>
        </w:rPr>
        <w:t xml:space="preserve"> </w:t>
      </w:r>
      <w:hyperlink r:id="rId11" w:history="1">
        <w:r w:rsidR="005541F7" w:rsidRPr="005541F7">
          <w:rPr>
            <w:rStyle w:val="Hyperlink"/>
            <w:bCs/>
            <w:color w:val="000000" w:themeColor="text1"/>
            <w:szCs w:val="20"/>
          </w:rPr>
          <w:t>www.sars.gov.za/travellerdeclaration</w:t>
        </w:r>
      </w:hyperlink>
      <w:r w:rsidR="00284FA1">
        <w:rPr>
          <w:rStyle w:val="Hyperlink"/>
          <w:bCs/>
          <w:color w:val="000000" w:themeColor="text1"/>
          <w:szCs w:val="20"/>
        </w:rPr>
        <w:t xml:space="preserve"> </w:t>
      </w:r>
    </w:p>
    <w:p w14:paraId="167B0E99" w14:textId="77777777" w:rsidR="00EC706D" w:rsidRPr="005541F7" w:rsidRDefault="00EC706D" w:rsidP="005541F7">
      <w:pPr>
        <w:spacing w:after="80"/>
        <w:rPr>
          <w:b/>
          <w:color w:val="000000" w:themeColor="text1"/>
          <w:szCs w:val="20"/>
        </w:rPr>
      </w:pPr>
    </w:p>
    <w:p w14:paraId="36B50F10" w14:textId="4E603963" w:rsidR="00EC706D" w:rsidRPr="005541F7" w:rsidRDefault="00EC706D" w:rsidP="00EC706D">
      <w:pPr>
        <w:keepNext/>
        <w:shd w:val="clear" w:color="auto" w:fill="EEF5F7"/>
        <w:spacing w:before="180" w:after="140"/>
        <w:rPr>
          <w:b/>
          <w:color w:val="164D78"/>
          <w:sz w:val="24"/>
          <w:szCs w:val="24"/>
        </w:rPr>
      </w:pPr>
      <w:r>
        <w:rPr>
          <w:b/>
          <w:color w:val="164D78"/>
          <w:sz w:val="24"/>
          <w:szCs w:val="24"/>
        </w:rPr>
        <w:t>Application for visa</w:t>
      </w:r>
    </w:p>
    <w:p w14:paraId="3EB34896" w14:textId="65195419" w:rsidR="00EC706D" w:rsidRDefault="00EC706D" w:rsidP="00EC706D">
      <w:pPr>
        <w:rPr>
          <w:rFonts w:ascii="Calibri" w:hAnsi="Calibri" w:cs="Calibri"/>
          <w:color w:val="1F497D"/>
          <w:sz w:val="22"/>
        </w:rPr>
      </w:pPr>
      <w:r>
        <w:rPr>
          <w:rFonts w:ascii="Calibri" w:hAnsi="Calibri" w:cs="Calibri"/>
          <w:color w:val="1F497D"/>
          <w:sz w:val="22"/>
        </w:rPr>
        <w:t>to assist delegates in applying for visa</w:t>
      </w:r>
      <w:r>
        <w:rPr>
          <w:rFonts w:ascii="Calibri" w:hAnsi="Calibri" w:cs="Calibri"/>
          <w:color w:val="1F497D"/>
          <w:sz w:val="22"/>
        </w:rPr>
        <w:t xml:space="preserve"> </w:t>
      </w:r>
      <w:hyperlink r:id="rId12" w:history="1">
        <w:r w:rsidRPr="00EC706D">
          <w:rPr>
            <w:rStyle w:val="Hyperlink"/>
            <w:rFonts w:ascii="Calibri" w:hAnsi="Calibri" w:cs="Calibri"/>
            <w:sz w:val="22"/>
          </w:rPr>
          <w:t>click this link</w:t>
        </w:r>
      </w:hyperlink>
      <w:r>
        <w:rPr>
          <w:rFonts w:ascii="Calibri" w:hAnsi="Calibri" w:cs="Calibri"/>
          <w:color w:val="1F497D"/>
          <w:sz w:val="22"/>
        </w:rPr>
        <w:t xml:space="preserve">. It </w:t>
      </w:r>
      <w:r>
        <w:rPr>
          <w:rFonts w:ascii="Calibri" w:hAnsi="Calibri" w:cs="Calibri"/>
          <w:color w:val="1F497D"/>
          <w:sz w:val="22"/>
        </w:rPr>
        <w:t>is the South African Electronic Travel Authorisation platform.</w:t>
      </w:r>
    </w:p>
    <w:p w14:paraId="0F4D13A4" w14:textId="77777777" w:rsidR="00EC706D" w:rsidRDefault="00EC706D" w:rsidP="00EC706D">
      <w:pPr>
        <w:rPr>
          <w:rFonts w:ascii="Calibri" w:hAnsi="Calibri" w:cs="Calibri"/>
          <w:color w:val="000000"/>
          <w:sz w:val="22"/>
        </w:rPr>
      </w:pPr>
    </w:p>
    <w:p w14:paraId="7E257226" w14:textId="1EBE6034" w:rsidR="00A672FC" w:rsidRPr="005541F7" w:rsidRDefault="00D82E1C" w:rsidP="005541F7">
      <w:pPr>
        <w:keepNext/>
        <w:shd w:val="clear" w:color="auto" w:fill="EEF5F7"/>
        <w:spacing w:before="180" w:after="140"/>
        <w:rPr>
          <w:sz w:val="24"/>
          <w:szCs w:val="24"/>
        </w:rPr>
      </w:pPr>
      <w:r w:rsidRPr="005541F7">
        <w:rPr>
          <w:b/>
          <w:color w:val="164D78"/>
          <w:sz w:val="24"/>
          <w:szCs w:val="24"/>
        </w:rPr>
        <w:t>Submission &amp; deadlines</w:t>
      </w:r>
    </w:p>
    <w:p w14:paraId="7D9911F7" w14:textId="77777777" w:rsidR="00A672FC" w:rsidRDefault="00D82E1C">
      <w:pPr>
        <w:tabs>
          <w:tab w:val="left" w:pos="2952"/>
        </w:tabs>
        <w:spacing w:after="60"/>
        <w:ind w:left="173"/>
      </w:pPr>
      <w:r>
        <w:rPr>
          <w:b/>
          <w:color w:val="164D78"/>
          <w:sz w:val="17"/>
        </w:rPr>
        <w:t>Registration deadline</w:t>
      </w:r>
      <w:r>
        <w:rPr>
          <w:b/>
          <w:color w:val="168A8C"/>
          <w:sz w:val="17"/>
        </w:rPr>
        <w:tab/>
        <w:t>30 October 2026</w:t>
      </w:r>
    </w:p>
    <w:p w14:paraId="74531BCD" w14:textId="77777777" w:rsidR="00A672FC" w:rsidRDefault="00D82E1C">
      <w:pPr>
        <w:tabs>
          <w:tab w:val="left" w:pos="2952"/>
        </w:tabs>
        <w:spacing w:after="60"/>
        <w:ind w:left="173"/>
      </w:pPr>
      <w:r>
        <w:rPr>
          <w:b/>
          <w:color w:val="164D78"/>
          <w:sz w:val="17"/>
        </w:rPr>
        <w:t>Workshop arrival</w:t>
      </w:r>
      <w:r>
        <w:rPr>
          <w:sz w:val="17"/>
        </w:rPr>
        <w:tab/>
        <w:t>Delegates attending pre-conference training should arrive on 29 November 2026.</w:t>
      </w:r>
    </w:p>
    <w:p w14:paraId="335E770B" w14:textId="77777777" w:rsidR="00A672FC" w:rsidRDefault="00D82E1C">
      <w:pPr>
        <w:tabs>
          <w:tab w:val="left" w:pos="2952"/>
        </w:tabs>
        <w:spacing w:after="60"/>
        <w:ind w:left="173"/>
        <w:rPr>
          <w:sz w:val="17"/>
        </w:rPr>
      </w:pPr>
      <w:r>
        <w:rPr>
          <w:b/>
          <w:color w:val="164D78"/>
          <w:sz w:val="17"/>
        </w:rPr>
        <w:t>Payment</w:t>
      </w:r>
      <w:r>
        <w:rPr>
          <w:sz w:val="17"/>
        </w:rPr>
        <w:tab/>
        <w:t>Fees may be paid on arrival during conference registration.</w:t>
      </w:r>
    </w:p>
    <w:p w14:paraId="62BD988D" w14:textId="77777777" w:rsidR="005541F7" w:rsidRDefault="005541F7" w:rsidP="005541F7">
      <w:pPr>
        <w:tabs>
          <w:tab w:val="left" w:pos="2952"/>
        </w:tabs>
        <w:spacing w:after="60"/>
        <w:ind w:left="173"/>
        <w:jc w:val="center"/>
      </w:pPr>
    </w:p>
    <w:p w14:paraId="4A09A64E" w14:textId="5BCD3908" w:rsidR="00A672FC" w:rsidRPr="005541F7" w:rsidRDefault="00D82E1C" w:rsidP="005541F7">
      <w:pPr>
        <w:rPr>
          <w:b/>
          <w:bCs/>
          <w:color w:val="1F497D" w:themeColor="text2"/>
          <w:sz w:val="24"/>
          <w:szCs w:val="24"/>
        </w:rPr>
      </w:pPr>
      <w:r w:rsidRPr="005541F7">
        <w:rPr>
          <w:b/>
          <w:bCs/>
          <w:color w:val="1F497D" w:themeColor="text2"/>
          <w:sz w:val="24"/>
          <w:szCs w:val="24"/>
        </w:rPr>
        <w:t xml:space="preserve">  Send the completed form to   </w:t>
      </w:r>
      <w:hyperlink r:id="rId13" w:history="1">
        <w:r w:rsidR="00D17BE6" w:rsidRPr="001F3EF9">
          <w:rPr>
            <w:rStyle w:val="Hyperlink"/>
            <w:b/>
            <w:bCs/>
            <w:sz w:val="24"/>
            <w:szCs w:val="24"/>
          </w:rPr>
          <w:t>sarie.brits@dha.gov.za</w:t>
        </w:r>
      </w:hyperlink>
      <w:r w:rsidR="00D17BE6">
        <w:rPr>
          <w:b/>
          <w:bCs/>
          <w:color w:val="1F497D" w:themeColor="text2"/>
          <w:sz w:val="24"/>
          <w:szCs w:val="24"/>
        </w:rPr>
        <w:t xml:space="preserve"> </w:t>
      </w:r>
      <w:r w:rsidRPr="005541F7">
        <w:rPr>
          <w:b/>
          <w:bCs/>
          <w:color w:val="1F497D" w:themeColor="text2"/>
          <w:sz w:val="24"/>
          <w:szCs w:val="24"/>
        </w:rPr>
        <w:t xml:space="preserve">  /  </w:t>
      </w:r>
      <w:hyperlink r:id="rId14" w:history="1">
        <w:r w:rsidR="00D17BE6" w:rsidRPr="001F3EF9">
          <w:rPr>
            <w:rStyle w:val="Hyperlink"/>
            <w:b/>
            <w:bCs/>
            <w:sz w:val="24"/>
            <w:szCs w:val="24"/>
          </w:rPr>
          <w:t>sariebrits@ymail.com</w:t>
        </w:r>
      </w:hyperlink>
      <w:r w:rsidR="00D17BE6">
        <w:rPr>
          <w:b/>
          <w:bCs/>
          <w:color w:val="1F497D" w:themeColor="text2"/>
          <w:sz w:val="24"/>
          <w:szCs w:val="24"/>
        </w:rPr>
        <w:t xml:space="preserve"> </w:t>
      </w:r>
    </w:p>
    <w:sectPr w:rsidR="00A672FC" w:rsidRPr="005541F7" w:rsidSect="00034616">
      <w:headerReference w:type="default" r:id="rId15"/>
      <w:footerReference w:type="default" r:id="rId16"/>
      <w:pgSz w:w="12240" w:h="15840"/>
      <w:pgMar w:top="979" w:right="1037" w:bottom="835" w:left="1037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F8F7A0" w14:textId="77777777" w:rsidR="00EE3948" w:rsidRDefault="00EE3948">
      <w:pPr>
        <w:spacing w:after="0" w:line="240" w:lineRule="auto"/>
      </w:pPr>
      <w:r>
        <w:separator/>
      </w:r>
    </w:p>
  </w:endnote>
  <w:endnote w:type="continuationSeparator" w:id="0">
    <w:p w14:paraId="1E635ACB" w14:textId="77777777" w:rsidR="00EE3948" w:rsidRDefault="00EE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E39830" w14:textId="59349871" w:rsidR="00A672FC" w:rsidRDefault="00D82E1C">
    <w:pPr>
      <w:pStyle w:val="Voettekst"/>
      <w:jc w:val="right"/>
    </w:pPr>
    <w:r>
      <w:rPr>
        <w:b/>
        <w:color w:val="64727C"/>
        <w:sz w:val="15"/>
      </w:rPr>
      <w:t xml:space="preserve">Pretoria 2026   • 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FBFD4" w14:textId="77777777" w:rsidR="00EE3948" w:rsidRDefault="00EE3948">
      <w:pPr>
        <w:spacing w:after="0" w:line="240" w:lineRule="auto"/>
      </w:pPr>
      <w:r>
        <w:separator/>
      </w:r>
    </w:p>
  </w:footnote>
  <w:footnote w:type="continuationSeparator" w:id="0">
    <w:p w14:paraId="721F5960" w14:textId="77777777" w:rsidR="00EE3948" w:rsidRDefault="00EE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26A6D" w14:textId="61F9BA20" w:rsidR="005541F7" w:rsidRDefault="005541F7" w:rsidP="005541F7">
    <w:pPr>
      <w:pStyle w:val="Koptekst"/>
      <w:spacing w:after="40"/>
      <w:jc w:val="center"/>
    </w:pPr>
    <w:r w:rsidRPr="001C3BBA">
      <w:rPr>
        <w:b/>
        <w:bCs/>
        <w:caps/>
        <w:noProof/>
        <w:color w:val="1F4E79"/>
        <w:sz w:val="44"/>
        <w:szCs w:val="44"/>
        <w:lang w:val="en-ZA" w:eastAsia="en-ZA"/>
      </w:rPr>
      <w:drawing>
        <wp:inline distT="0" distB="0" distL="0" distR="0" wp14:anchorId="7B5BAFF0" wp14:editId="5135FEA8">
          <wp:extent cx="2287974" cy="1046922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5254" cy="1091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432195">
    <w:abstractNumId w:val="8"/>
  </w:num>
  <w:num w:numId="2" w16cid:durableId="1881629205">
    <w:abstractNumId w:val="6"/>
  </w:num>
  <w:num w:numId="3" w16cid:durableId="1414470643">
    <w:abstractNumId w:val="5"/>
  </w:num>
  <w:num w:numId="4" w16cid:durableId="1321545737">
    <w:abstractNumId w:val="4"/>
  </w:num>
  <w:num w:numId="5" w16cid:durableId="1079405580">
    <w:abstractNumId w:val="7"/>
  </w:num>
  <w:num w:numId="6" w16cid:durableId="916480973">
    <w:abstractNumId w:val="3"/>
  </w:num>
  <w:num w:numId="7" w16cid:durableId="1321352460">
    <w:abstractNumId w:val="2"/>
  </w:num>
  <w:num w:numId="8" w16cid:durableId="619995140">
    <w:abstractNumId w:val="1"/>
  </w:num>
  <w:num w:numId="9" w16cid:durableId="1575775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1DD"/>
    <w:rsid w:val="00241D0D"/>
    <w:rsid w:val="0027035B"/>
    <w:rsid w:val="00284FA1"/>
    <w:rsid w:val="0029639D"/>
    <w:rsid w:val="00326F90"/>
    <w:rsid w:val="004632C2"/>
    <w:rsid w:val="005541F7"/>
    <w:rsid w:val="00681759"/>
    <w:rsid w:val="006D5894"/>
    <w:rsid w:val="00707650"/>
    <w:rsid w:val="00A30CCC"/>
    <w:rsid w:val="00A672FC"/>
    <w:rsid w:val="00AA1D8D"/>
    <w:rsid w:val="00B47730"/>
    <w:rsid w:val="00CB0664"/>
    <w:rsid w:val="00CE758E"/>
    <w:rsid w:val="00D17BE6"/>
    <w:rsid w:val="00D82E1C"/>
    <w:rsid w:val="00E1087A"/>
    <w:rsid w:val="00EC706D"/>
    <w:rsid w:val="00EE39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AF5C9"/>
  <w14:defaultImageDpi w14:val="300"/>
  <w15:docId w15:val="{08A909D6-F40C-2345-9DF7-B5B5A148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00" w:line="259" w:lineRule="auto"/>
    </w:pPr>
    <w:rPr>
      <w:rFonts w:ascii="Aptos" w:hAnsi="Aptos"/>
      <w:color w:val="263640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5541F7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541F7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7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ninternational.com/time-square/rooms?utm_source=google&amp;utm_medium=paid&amp;utm_campaign=tsqr_hotel-always-on&amp;utm_content=responsive-search&amp;gad_source=1&amp;gad_campaignid=21611455396&amp;gbraid=0AAAAADMLG6gfpZNhNxj8szF6BrWrOFCLE&amp;gclid=CjwKCAjwvsvTBhBaEiwAmf-3ngNKTbflqpcW4natv7xPcQBqeGF574kVnX2aJ6zV3Pla3pUfYHwKXBoCxdsQAvD_BwE" TargetMode="External"/><Relationship Id="rId13" Type="http://schemas.openxmlformats.org/officeDocument/2006/relationships/hyperlink" Target="mailto:sarie.brits@dha.gov.z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ta.dha.gov.z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ars.gov.za/travellerdeclaratio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ariebrits@y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rie.brits@dha.gov.za" TargetMode="External"/><Relationship Id="rId14" Type="http://schemas.openxmlformats.org/officeDocument/2006/relationships/hyperlink" Target="mailto:sariebrits@y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12D78F-4717-482C-B144-D1412B43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669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IARMJ Africa Chapter Regional Conference 2026 — Registration Form</vt:lpstr>
    </vt:vector>
  </TitlesOfParts>
  <Manager/>
  <Company/>
  <LinksUpToDate>false</LinksUpToDate>
  <CharactersWithSpaces>4343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IARMJ Africa Chapter Regional Conference 2026 — Registration Form</dc:title>
  <dc:subject>Pretoria conference registration</dc:subject>
  <dc:creator>IARMJ Africa Chapter</dc:creator>
  <cp:keywords/>
  <dc:description>generated by python-docx</dc:description>
  <cp:lastModifiedBy>Liesbeth van de Meeberg</cp:lastModifiedBy>
  <cp:revision>2</cp:revision>
  <dcterms:created xsi:type="dcterms:W3CDTF">2026-10-14T09:18:00Z</dcterms:created>
  <dcterms:modified xsi:type="dcterms:W3CDTF">2026-10-14T09:18:00Z</dcterms:modified>
  <cp:category/>
</cp:coreProperties>
</file>